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של המשפחה שלי – ערכת פרויקט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פרויקט המסע המשפחתי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ראיון וכרטיס סיפור החפץ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רגישות למגוון סוגי המשפחות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לראיין מבוגר ולספר סיפור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שם החפץ ולמי הוא שייך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עץ אנשים קרובים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שיעור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לראיין כל מבוגר קרוב או אדם מהקהילה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הדף ממליץ להביא צילום לחפצים יקרי 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הדף מאפשר ראיון בשפת הבית והצגה בעברית בעזרת משפטי מסגרת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מתמקדים בחוזקות ובמסורות, אין חובה לשתף סיפורים כואבים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חפץ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(שאלה לגילאי א׳-ד׳)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(שאלה לגילאי ה׳-ו׳)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(שאלה באנגלית לעולים)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(שדה בכרטיס סיפור החפץ)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(חלופה לעץ משפחה גנאלוגי)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את מי מראיינים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5 שאלות מהבנק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מתאמים זמן ומקליטים או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חפץ ומלאים את כרטיס סיפור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בונים עץ משפחה או עץ אנשים קרובים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מציגים בתערוכה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שם החפץ, למי הוא שייך, מאיפה הגיע, למה הוא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לפי בנק השאלות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בחירת מרואיין ובחירת שאלות מהבנק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עץ אנשים קרובים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החפץ ולא לסכן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התרגול, להזכיר שכל סוגי המשפחות מתאימים לפרויקט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בזוגות כדי לעודד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שתלמידים עולים מודעים לאפשרות לראיין בשפת הבית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של המשפחה שלי – ערכת פרויקט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פרויקט שבו מראיינים בן משפחה, מספרים על חפץ, ובונים עץ משפחה.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שואלים שאלות ומקשיבים לתשובות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עץ 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שמראה בני משפחה ודורות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עץ אנשים קרובים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עם אנשים חשובים בחיים, לא רק משפחה גנטית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סיפור החפץ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שבו כותבים פרטים על חפץ משפחתי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מבוגר קרוב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בוגר שקרוב אליי, לא בהכרח הורה או סב/תא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תחנת הבית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האחרון במסע, שמתמקד במשפחה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קבוצות גיל במשפחה, כמו סבים, הורים וילדים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תערוכה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העבודות בכיתה בפני כולם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בפרויקט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לראיין מבוגר ולספר סיפור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ללמוד היסטוריה כללית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חיבור על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שאלות בוחרים לראיון?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כל השאלות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בכרטיס על החפץ?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החפץ ולמי הוא שייך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תאריך לידה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מתכון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חלופה לעץ משפחה 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אנשים קרובים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מאכלים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מציגים את העבודות?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שיעור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שיעור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לראיין דווקא סבא או סבתא.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להביא צילום של החפץ במקום את החפץ עצמו אם הוא יקר ערך.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ילדים עולים יכולים לראיין בשפת הבית ולהציג בעברית.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לשתף דווקא סיפורים כואבים מהמשפחה.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עלה בעץ המשפחה כותבים __________ של אדם קרוב ומה הוא מוסיף לחיים.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 החפץ כולל גם שאלה למה הוא __________ 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שאלת ראיון לעולים: מאיפה __________?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המכתב להורים מבקש לעזור לילד לראיין בן משפחה ולבחור __________ משפחתי.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איפה נולדת?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שאלה באנגלית לעולים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מאיפה הגיעה המשפחה שלנו ואיך הגיעה לכאן?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חלופה לעץ משפחה גנאלוגי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Where did we come from?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שאלה לגילאי ה׳-ו׳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שם החפץ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שאלה לגילאי א׳-ד׳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עץ אנשים קרובים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שדה בכרטיס סיפור החפץ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מציגים בתערוכה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מי מראיינים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חפץ ומלאים את כרטיס סיפור החפץ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מתאמים זמן ומקליטים או כותבים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5 שאלות מהבנק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בונים עץ משפחה או עץ אנשים קרובים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ציינו שני שדות שמופיעים בכרטיס סיפור החפץ.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ראיון אחת מתאימה לגיל שלכם מתוך בנק השאלות.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שלבים ראשונים בפרויקט המסע המשפחתי?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לבנות במקום עץ משפחה גנאלוגי?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מומלץ להביא צילום של חפץ יקר ערך במקום את החפץ עצמו?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המסע של המשפחה שלי – ערכת פרויקט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