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 – ערכת פרויקט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פרויקט המסע המשפחתי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ראיון וכרטיס סיפור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רגישות למגוון סוגי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לראיין מבוגר ולספר סיפור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 החפץ ולמי הוא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עץ אנשים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שיעור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לראיין כל מבוגר קרוב או אדם מהקהילה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הדף ממליץ להביא צילום לחפצים יקרי 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הדף מאפשר ראיון בשפת הבית והצגה בעברית בעזרת משפטי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מתמקדים בחוזקות ובמסורות, אין חובה לשתף סיפורים כואבים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(שאלה לגילאי א׳-ד׳)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(שאלה לגילאי ה׳-ו׳)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(שאלה באנגלית לעולים)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(שדה בכרטיס סיפור החפץ)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(חלופה לעץ משפחה גנאלוגי)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מי מראיינים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5 שאלות מהבנק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מתאמים זמן ומקליטים או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חפץ ומלאים את כרטיס סיפור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בונים עץ משפחה או עץ אנשים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מציגים בתערוכה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שם החפץ, למי הוא שייך, מאיפה הגיע, 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לפי בנק השאלות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מרואיין ובחירת שאלות מהבנק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עץ אנשים קרובים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החפץ ולא לסכן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התרגול, להזכיר שכל סוגי המשפחות מתאימים לפרויקט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בזוגות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שתלמידים עולים מודעים לאפשרות לראיין בשפת הבית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 – ערכת פרויקט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שלבי פרויקט המסע של המשפחה שלי – מבחירת המרואיין ועד בניית עץ המשפחה והצגתו בתערוכה.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ערכת המסע של המשפחה 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לראיין מבוגר ולספר סיפור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היסטוריה כללית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על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צריך לבחור מבנק השאלות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כל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כולל כרטיס סיפור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החפץ ולמי הוא שייך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לבנות במקום עץ משפחה גנאלוגי?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אנשים קרובים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מאכלים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שיעור מתקיימת התערוכה המסכמת?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לראיין דווקא סבא או סבתא.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להביא צילום של החפץ במקום את החפץ עצמו אם הוא יקר ערך.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עולים יכולים לראיין בשפת הבית ולהציג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לשתף דווקא סיפורים כואבים מהמשפחה.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עלה בעץ המשפחה כותבים __________ של אדם קרוב ומה הוא מוסיף לחיים.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החפץ כולל גם שאלה למה הוא __________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שאלת ראיון לעולים: מאיפה 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המכתב להורים מבקש לעזור לילד לראיין בן משפחה ולבחור __________ משפחתי.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 נולדת?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שדה בכרטיס סיפור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מאיפה הגיעה המשפחה שלנו ואיך הגיעה לכאן?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לגילאי א׳-ד׳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Where did we come from?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חלופה לעץ משפחה גנאלוגי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באנגלית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עץ אנשים קרובים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לגילאי ה׳-ו׳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מתאמים זמן ומקליטים או כותבים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מי מראיינים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עץ משפחה או עץ אנשים קרובים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בתערוכה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 ומלאים את כרטיס סיפור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5 שאלות מהבנק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שני שדות שמופיעים בכרטיס סיפור החפץ.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ראיון אחת מתאימה לגיל שלכם מתוך בנק השאלות.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שלבים ראשונים בפרויקט המסע המשפחתי?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לבנות במקום עץ משפחה גנאלוגי?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מומלץ להביא צילום של חפץ יקר ערך במקום את החפץ עצמו?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של המשפחה שלי – ערכת פרויקט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